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Пашковдун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42.87490, 74.60299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06890" cy="2232000"/>
            <wp:docPr id="1" name="Picture 1" descr="Дом Пашкова" title="Дом Паш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ac5805daea40fdf82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68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Пашкова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Пашковдун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ХХ кылымдын башындагы Пашковдун үйү (Мещанская-Дунганская) Пишпек шаарында турак жайларды куруу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Негизинен шаар чатыры камыштан, дубалдары акталган жана короолору сокур чо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https://bimap.su/description/pishpek/42_Dom_Pashkova.txt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Эпидемиология жана микробиология илим-изилдөө институтунун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42.87490, 74.60299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6887" cy="2232000"/>
            <wp:docPr id="2" name="Picture 2" descr="Здание НИИ эпидемиологии и микробиологии" title="Здание НИИ эпидемиологии и микроби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0d84275b73cb5dbc8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68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НИИ эпидемиологии и микробиологии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Эпидемиология жана микробиология илим-изилдөө институтунун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Эпидемиология жана микробиология илим изилдөө институтунун имараты 1927-жылы ветеринардык лаборатория катары түзүлгөн жана 20-кылымдын башында курулган өнөр жайчы Пашковдун үйүндө жайгашкан. Үй кыркылган таштан жасалган бийик таш пайдубалдын үстүндө туруптур, анын үстүндө оюм-чийим менен кооздолгон жарым жертөлө бар. Дубалдары кыркылган жыгачтан жасалган. Фасады оюп жасалган карниздер, пластинкалар, терезелерге жалюзилер менен шыбаланган. Чатыр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https://bimap.su/description/frunze/117_Mikrobiologia.txt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42.87490, 74.60299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