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строительного техникума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8437" cy="2232000"/>
            <wp:docPr id="2" name="Picture 2" descr="Здание строительного техникума" title="Здание строительного технику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a2d2fb50a2efffca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84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строительного техникума · 50-е годы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строительного техникума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50-е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https://bimap.su/description/frunze/213_Tehnikum.txt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