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Курулуш колледжинин имараты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8437" cy="2232000"/>
            <wp:docPr id="2" name="Picture 2" descr="Здание строительного техникума" title="Здание строительного технику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a2d2fb50a2efffca3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843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строительного техникума · 50-е годы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Курулуш колледжинин имараты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Курулуш колледжинин имараты. 50-жылдардагы сурет Курулуш техникумунун имараты. 1932-жылы «Росстрой» курулуш индустриясынын Бүткүл россиялык мамлекеттик бирикмеси тарабынан курулган. 1941-жылы ал жерде 660, 664 жана 665 тунку бомбалоочу полктор тузулген. 40-жылдардагы сүрөт. Техникумдун имаратынын жанында.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https://bimap.su/description/frunze/213_Tehnikum.txt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42.86272, 74.59871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