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Construction College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8437" cy="2232000"/>
            <wp:docPr id="2" name="Picture 2" descr="Здание строительного техникума" title="Здание строительного техник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a2d2fb50a2efffca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84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строительного техникума · 50-е годы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Construction College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Construction College building. Photo from the 50s The building of the construction college. Built in 1932 by the All-Russian State Association of the Construction Industry "Rosstroy". In 1941, the 660th, 664th and 665th night bomber regiments were formed there. Photo from the 40s. Near the technical school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https://bimap.su/description/frunze/213_Tehnikum.txt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