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42.87795, 74.60898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Театр в Дубовом парке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42.87795, 74.60898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4070" cy="2232000"/>
            <wp:docPr id="2" name="Picture 2" descr="Театр в Дубовом парке" title="Театр в Дубовом парк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7b6384d78fc104c761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1407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Театр в Дубовом парке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Театр в Дубовом парке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Здание театра оперы и балета, 50-е годы.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https://bimap.su/description/frunze/212_Teatr.txt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42.87795, 74.60898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