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42.87400, 74.61438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Пушкину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42.87400, 74.61438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Памятник Пушкину" title="Памятник Пушк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755f6d249668333fe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Пушкину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Пушкину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скульптор В.Шестопал, архитектор Р.Муксинов, 1999г.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https://bimap.su/description/frunze/210_Pushkin.txt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42.87400, 74.61438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