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42.87400, 74.61438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Пушкиндин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42.87400, 74.61438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Пушкину" title="Памятник Пушк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755f6d249668333fe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Пушкину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Пушкиндин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Пушкиндин эстелиги Пушкиндин эстелиги, скульптор В. Шестопал, архитектор Р. Муксинов. 1999-жылы Орусиянын биринчи президенти атындагы Кыргыз-Орус Славян университетинин имаратынын алдына орнотулган Б.Н. Ельцин. Эстеликтеги жазуу: 1999-жылдын 6-июнунда улуу акындын 200 жылдыгына карата тургузулган. Свердлов районунан Кыргызстанга белек катары «Уралмаш» заводунда куюлган.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https://bimap.su/description/frunze/210_Pushkin.txt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42.87400, 74.61438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