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42.87400, 74.61438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Monument to Pushkin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42.87400, 74.61438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2" name="Picture 2" descr="Памятник Пушкину" title="Памятник Пушкин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755f6d249668333fe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Пушкину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Monument to Pushkin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Monument to Pushkin Monument to Pushkin, sculptor V. Shestopal, architect R. Muksinov. Installed in 1999 in front of the building of the Kyrgyz-Russian Slavic University named after the first President of Russia B.N. Yeltsin. Inscription on the monument: Erected in honor of the 200th anniversary of the birth of the great poet on June 6, 1999. Cast at the Uralmash plant as a gift to Kyrgyzstan from the Sverdlovsk region.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https://bimap.su/description/frunze/210_Pushkin.txt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42.87400, 74.61438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