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42.87896, 74.60393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Памятник «Трудовой славы»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42.87896, 74.60393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381068" cy="2232000"/>
            <wp:docPr id="2" name="Picture 2" descr="Памятник «Трудовой славы»" title="Памятник «Трудовой славы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f0969e3c2e51f2380db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8106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Памятник «Трудовой славы»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Памятник «Трудовой славы»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Памятник «Трудовой славы»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https://bimap.su/description/frunze/209_Trud.txt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42.87896, 74.60393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