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42.87896, 74.60393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“Эмгек даңкы”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42.87896, 74.60393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381068" cy="2232000"/>
            <wp:docPr id="2" name="Picture 2" descr="Памятник «Трудовой славы»" title="Памятник «Трудовой славы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0969e3c2e51f2380d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8106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«Трудовой славы»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“Эмгек даңкы”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Эмгек даңкы эстелиги Эмгек даңкы эстелиги 1974-жылы Кыргыз ССРинин жана Кыргызстан Компартиясынын 50 жылдыгынын урматына орнотулган. Монументтин капталдарында Кыргыз ССРинин герби, эки Ленин ордени жана Элдердин Достугу ордендери бар.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https://bimap.su/description/frunze/209_Trud.txt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42.87896, 74.60393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