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Кайназаровой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Кайназаровой" title="Памятник Кайназаров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bde308222513ee4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Кайназаровой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Кайназаровой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скульптор Б.К.Сыдыков, 1975г.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https://bimap.su/description/frunze/208_Kainazarova.txt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