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42.87081, 74.60547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Кайназарованын эстелиги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42.87081, 74.60547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5999" cy="2232000"/>
            <wp:docPr id="2" name="Picture 2" descr="Памятник Кайназаровой" title="Памятник Кайназаровой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24bde308222513ee407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75999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Памятник Кайназаровой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Кайназарованын эстелиги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Кайназарованын эстелиги, 1975-жылы орнотулган. Кайназарова, 1975-жылы орнотулган. Скульптор Б.К. Сыдыков. Кайназарова Зууракан (1972-1982). Социалисттик Эмгектин эки жолку Баатыры, колхоздук ендуруштун новатору, кызылчачы, Сокулук районундагы «Дружба» колхозунун алдыцкысы.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https://bimap.su/description/frunze/208_Kainazarova.txt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42.87081, 74.60547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