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42.87081, 74.60547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Monument to Kainazarova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42.87081, 74.60547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2" name="Picture 2" descr="Памятник Кайназаровой" title="Памятник Кайназаров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4bde308222513ee40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Кайназаровой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Monument to Kainazarova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Monument to Kainazarova, installed in 1975. Kainazarova, installed in 1975. Sculptor B.K. Sydykov. Kaynazarova Zuurakan (1972-1982). Twice Hero of Socialist Labor, innovator of collective farm production, beet grower, leader of the Druzhba collective farm in the Sokuluk district.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https://bimap.su/description/frunze/208_Kainazarova.txt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42.87081, 74.60547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