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42.87741, 74.57575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Komsomol Heroes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42.87741, 74.57575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Героям-комсомольцам" title="Памятник Героям-комсомольц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cb523af0df7c31d01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Героям-комсомольцам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Komsomol Heroes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Komsomol Heroes Monument to Komsomol Heroes of the 20s and 40s. Installed in 1963, sculptors V. Puzyrevsky and G. Tupykh.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https://bimap.su/description/frunze/207_Geroi_komsom.txt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42.87741, 74.57575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