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42.88128, 74.61011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Памятник Дзержинскому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42.88128, 74.61011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1674000" cy="2232000"/>
            <wp:docPr id="2" name="Picture 2" descr="Памятник Дзержинскому" title="Памятник Дзержинскому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ca7ce4e151f0d7a2944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6740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Памятник Дзержинскому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Памятник Дзержинскому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, 1999 год. Фото Владимира Петрова.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https://bimap.su/description/frunze/206_Feliks.txt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42.88128, 74.61011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