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42.88128, 74.61011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Dzerzhinsky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42.88128, 74.61011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000" cy="2232000"/>
            <wp:docPr id="2" name="Picture 2" descr="Памятник Дзержинскому" title="Памятник Дзержинском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a7ce4e151f0d7a294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Дзержинскому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Dzerzhinsky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Dzerzhinsky The monument to Dzerzhinsky in 1999 was dismantled from Ala-Too Square and moved to Tynystanova Street, the western side of the National Library.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https://bimap.su/description/frunze/206_Feliks.txt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42.88128, 74.61011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