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Негиздөөчүлөр аллеясы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2" name="Picture 2" descr="Аллеея отцов–основателей" title="Аллеея отцов–основателе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9e8b362c8a2eb6c387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Аллеея отцов–основателей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Негиздөөчүлөр аллеясы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Кыргызстан мамлекеттүүлүгүнүн негиздөөчүлөрүнүн аллеясы. 1996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https://bimap.su/description/frunze/205_Alleia.txt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42.87717, 74.60546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