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42.87717, 74.60546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Alley of the founding fathers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42.87717, 74.60546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Аллеея отцов–основателей" title="Аллеея отцов–основателе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9e8b362c8a2eb6c387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Аллеея отцов–основателей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Alley of the founding fathers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Alley Alley of the founding fathers of the statehood of Kyrgyzstan. 1996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https://bimap.su/description/frunze/205_Alleia.txt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42.87717, 74.60546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