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42.87923, 74.61413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Фонтан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42.87923, 74.61413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12500" cy="2232000"/>
            <wp:docPr id="2" name="Picture 2" descr="Фонтан" title="Фонта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8fdca3ac7d9a0428fa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125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Фонтан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Фонтан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Фонтан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https://bimap.su/description/frunze/204_Fontan.txt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42.87923, 74.61413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