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Дом промышленника Иванова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42.87729, 74.60429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66650" cy="2232000"/>
            <wp:docPr id="1" name="Picture 1" descr="Дом промышленника Иванова" title="Дом промышленника Ивано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0cdddcad53e0070bf7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6665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промышленника Иванова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промышленника Иванова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на северо-западном углу улиц Васильевской и Татарской. Начало ХХ века.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https://bimap.su/description/pishpek/41_Dom_Ivanova.txt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42.87729, 74.60429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42.87729, 74.60429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