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Hotel "Kyrgyzstan"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67455" cy="2232000"/>
            <wp:docPr id="2" name="Picture 2" descr="Гостиница «Кыргызстан»" title="Гостиница «Кыргызстан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02140feb7742ea4f01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745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«Кыргызстан»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Hotel "Kyrgyzstan"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Hotel "Kyrgyzstan" Hotel "Kyrgyzstan". Opened in 1971, architect E. Pisarskaya.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https://bimap.su/description/frunze/203_Kyrgyzstan.txt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Hyatt Hotel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42.87950, 74.61278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Отель Хаятт" title="Отель Хаят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9e1a21c317bd830ef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Отель Хаятт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Hyatt Hotel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Hyatt Hotel. This is how the Kyrgyzstan Hotel began to be called in 2001 after reconstruction.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https://bimap.su/description/bishkek/81_IMG_2789.txt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