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«Пишпек» мейманканасы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5899" cy="2232000"/>
            <wp:docPr id="2" name="Picture 2" descr="Гостиница «Пишпек»" title="Гостиница «Пишпе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b8b45ce91713e27a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58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«Пишпек»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«Пишпек» мейманканасы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«Пишпек» мейманканасы 1974-жылы курулган. Архитекторлор В.Лызенко, Г.Кутателадзе, Р.Мухамадиев. Интерьер көркөм паннолорду, чакан архитектуралык формаларды колдонот, патио бар.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https://bimap.su/description/frunze/202_Pishpek.txt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42.86861, 74.60721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