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42.86861, 74.60721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Hotel "Pishpek"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42.86861, 74.60721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05899" cy="2232000"/>
            <wp:docPr id="2" name="Picture 2" descr="Гостиница «Пишпек»" title="Гостиница «Пишпе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b8b45ce91713e27a7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058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«Пишпек»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Hotel "Pishpek"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Hotel "Pishpek" Built in 1974. Architects V. Lyzenko, G. Kutateladze, R. Mukhamadiev. The interior uses artistic panels, small architectural forms, and has a patio.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https://bimap.su/description/frunze/202_Pishpek.txt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42.86861, 74.60721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