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«Эркиндик»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034613" cy="2232000"/>
            <wp:docPr id="2" name="Picture 2" descr="«Эркиндик»" title="«Эркинди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3f6aed8d700a5c1c5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46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«Эркиндик»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«Эркиндик»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Статуя Свободы.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https://bimap.su/description/frunze/201_Erkindik.txt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