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"Эркиндик"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034613" cy="2232000"/>
            <wp:docPr id="2" name="Picture 2" descr="«Эркиндик»" title="«Эркинд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6aed8d700a5c1c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6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«Эркиндик»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"Эркиндик"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Эркиндик Эркиндик - Эркиндик статуясы. Садыков скульптор Т. Эстелик 1999-жылы Кыргызстандын эгемендүүлүгүнүн 8 жылдыгына карата Дзержинскийдин эстелигинин ордуна тургузулган. 2003-жылы Эркиндик эстелиги демонтаждалып, скульптор Тургунбай Садыковдун туулган жери Баткен шаарына жөнөтүлүп, жаңы, чоңураак нускасы Кыргызстандын баш калаасынын башкы аянтына орнотулган.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https://bimap.su/description/frunze/201_Erkindik.txt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42.87719, 74.60656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