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42.87927, 74.58637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«Эл куту»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42.87927, 74.58637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4553" cy="2232000"/>
            <wp:docPr id="2" name="Picture 2" descr="«Эл куту»" title="«Эл куту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ddda8bf7dd418909e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45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«Эл куту»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«Эл куту»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Скульптурно-архитектурная композиция «Эл куту». Скульптор Т.Садыков, 1995 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https://bimap.su/description/frunze/200El_kutu.txt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42.87927, 74.58637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