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42.87927, 74.58637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“Эл куту”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42.87927, 74.58637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4553" cy="2232000"/>
            <wp:docPr id="2" name="Picture 2" descr="«Эл куту»" title="«Эл куту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ddda8bf7dd418909e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455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«Эл куту»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“Эл куту”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“Эл куту” “Эл куту” скульптуралык-архитектуралык композициясы 1995-жылы орнотулган. Скульптор Т.Садыков. Эл сыймыгы болгон “Эл-куту” композициясында Кыргызстандын 32 залкар инсандары – агартуучулар, манасчылар, жазуучулар, илимпоздор, искусство жана маданият ишмерлери чагылдырылган. Алардын арасында 1832-1876-жылдардагы Алай кыргыздарынын башчысы жана башкаруучусу болгон Курманжан датка – улут энеси жана 1990-2005-жылдары эгемендүү Кыргызстанды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https://bimap.su/description/frunze/200El_kutu.txt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42.87927, 74.58637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