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42.87927, 74.58637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“El Kutu”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42.87927, 74.58637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94553" cy="2232000"/>
            <wp:docPr id="2" name="Picture 2" descr="«Эл куту»" title="«Эл куту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ddda8bf7dd418909e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455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«Эл куту»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“El Kutu”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“El Kutu” The sculptural and architectural composition “El Kutu” was installed in 1995. Sculptor T. Sadykov. The pride of the nation in the composition “El-kutu” is represented by 32 great personalities of Kyrgyzstan - educators, manaschi, writers, scientists, artists and cultural figures. Among them are Kurmanjan Datka - the mother of the nation - the leader and ruler of the Alai Kyrgyz from 1832 to 1876 and the first president of independent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https://bimap.su/description/frunze/200El_kutu.txt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42.87927, 74.58637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