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Пивзавод Иванова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42.87342, 74.57041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5460" cy="2232000"/>
            <wp:docPr id="1" name="Picture 1" descr="Пивзавод Иванова" title="Пивзавод Иван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1ad0e29604a24f2f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54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Пивзавод Иванова · 1925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Пивзавод Иванова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1925 года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https://bimap.su/description/pishpek/40_Pivzavod.txt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42.87342, 74.57041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42.87342, 74.57041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