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Ivanova Brewery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42.87342, 74.57041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75460" cy="2232000"/>
            <wp:docPr id="1" name="Picture 1" descr="Пивзавод Иванова" title="Пивзавод Иван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1ad0e29604a24f2f3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754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Пивзавод Иванова · 1925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Ivanova Brewery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Ivanova Brewery. Photo from 1925 The city's industrial enterprises mainly processed agricultural products. In 1913, there were seven large enterprises here: two roller mills, a candy factory, tanneries and a wool washing plant. There were also 12 water mills, oil churns, rice mills, candle-making facilities, soap factories and other enterprises. Industrialist N.I. Ivanov, in addition to the brewery (1909), kept a distillery and wine factory (18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https://bimap.su/description/pishpek/40_Pivzavod.txt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42.87342, 74.57041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42.87342, 74.57041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