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Хирургический корпус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42.86938, 74.59602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1" name="Picture 1" descr="Хирургический корпус" title="Хирургический корпу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dfba57f63dfaeab5a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Хирургический корпус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Хирургический корпус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построенный по проекту архитектора А.П.Зенкова, 1928г.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42.86938, 74.59602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42.86938, 74.59602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