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Хирургиялык имарат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42.86938, 74.59602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367" cy="2232000"/>
            <wp:docPr id="1" name="Picture 1" descr="Хирургический корпус" title="Хирургический корпу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dfba57f63dfaeab5a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3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Хирургический корпус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Хирургиялык имарат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Хирургиялык имарат Пишпек шаарынын тарыхы архитектор Андрей Павлович Зенковдун долбоору боюнча шаарда бир нече маанилүү имараттардын курулушу менен аяктайт. Зенков курган беш имараттын үчөө гана сакталып калган: Кыргызстан элинин ассамблеясы, улуттук оорукананын хирургиялык борбору жана Эркиндик проспектисиндеги банк. Ал эми бүгүнкү күндө шаардын заманбап имараттарынын ичинен алар адаттан тыш көрүнүшү менен өзгөчөлөнүп, шаарды кооздоп турат. 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https://bimap.su/description/pishpek/4_Bolnitsa.txt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42.86938, 74.59602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42.86938, 74.59602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