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42.87562, 74.60742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Кафе «Сон-Куль»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42.87562, 74.60742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531645" cy="2232000"/>
            <wp:docPr id="2" name="Picture 2" descr="Кафе «Сон-Куль»" title="Кафе «Сон-Куль»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6d6485d92d4154aa154a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531645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Кафе «Сон-Куль»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Кафе «Сон-Куль»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Архитекторы: А.Коржемпо, Ю.Градов, 1961г.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https://bimap.su/description/frunze/190_Sonkul.txt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42.87562, 74.60742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