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42.87562, 74.60742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Cafe "Son-Kul"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42.87562, 74.60742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31645" cy="2232000"/>
            <wp:docPr id="2" name="Picture 2" descr="Кафе «Сон-Куль»" title="Кафе «Сон-Кул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6485d92d4154aa15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16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«Сон-Куль»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Cafe "Son-Kul"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Cafe Son-Kul Cafe Son-Kul. Architects: A. Korzhempo, S. Kurbangalieva, 1961 On the third floor there was an open veranda where soft drinks and ice cream were sold.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https://bimap.su/description/frunze/190_Sonkul.txt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42.87562, 74.60742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