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Economic Council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140189" cy="2232000"/>
            <wp:docPr id="2" name="Picture 2" descr="Совнархоз" title="Совнархо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18b652e229ee11b5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01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Совнархоз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Economic Council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Economic Council The building of the Economic Council and Kirpromproekt.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https://bimap.su/description/frunze/189_Sovnarhoz.txt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42.87651, 74.59439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