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42.88082, 74.61138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Sovetskaya - Frunze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42.88082, 74.61138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899137" cy="2232000"/>
            <wp:docPr id="2" name="Picture 2" descr="Советская - Фрунзе" title="Советская - 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44ea2e21f1f29a6aa0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9913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Советская - Фрунзе · 30-х годов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Sovetskaya - Frunze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Sovetskaya-Frunze, photo from the 30s Old Pishpek house. Photo from the 30s. It housed a children's library named after. Frunze.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https://bimap.su/description/frunze/188_SovFrunze.txt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42.88082, 74.61138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