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42.86855, 74.61257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Пионерская-Алма-Ата төрөт үйү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42.86855, 74.61257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00654" cy="2232000"/>
            <wp:docPr id="2" name="Picture 2" descr="Роддом Пионерская-Алма-Атинская" title="Роддом Пионерская-Алма-Атинск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09159861c58eff027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0065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Роддом Пионерская-Алма-Атинская · 40-х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Пионерская-Алма-Ата төрөт үйү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Пионерская-Алма-Ата төрөт үйү. 40-жылдардын сүрөтү Пионерская (Московская)-Алма-Атинская (Усенбаева) төрөт үйүнүн сүрөтү, 40-жылдардын сүрөтү, архитектор Стеблин.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https://bimap.su/description/frunze/187_Roddom1.txt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42.86855, 74.61257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