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42.87456, 74.60058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Республикалык аскер комиссариаты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42.87456, 74.60058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4773" cy="2232000"/>
            <wp:docPr id="2" name="Picture 2" descr="Республиканский военкомат" title="Республиканский военком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825a522e692dd1f53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4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Республиканский военкомат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Республикалык аскер комиссариаты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Республикалык аскер комиссариаты, 40-ж. Республикалык аскер комиссариаты, 40-жыл. Согуштун алдында И.В. Бул имаратта Панфилов аскер комиссары болуп иштеген.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https://bimap.su/description/frunze/185_Voenkomat.txt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42.87456, 74.60058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