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42.87684, 74.60819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Редакция «Литературного Кыргызстана»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42.87684, 74.60819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25977" cy="2232000"/>
            <wp:docPr id="2" name="Picture 2" descr="Редакция «Литературного Кыргызстана»" title="Редакция «Литературного Кыргызстан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52043a005f90e33ad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59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Редакция «Литературного Кыргызстана»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Редакция «Литературного Кыргызстана»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построено в 1940 г., архитектор Стеблин.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https://bimap.su/description/frunze/184_Redaksia.txt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42.87684, 74.60819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