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Дача Ильи Терентьева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42.88725, 74.61049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96310" cy="2232000"/>
            <wp:docPr id="1" name="Picture 1" descr="Дача Ильи Терентьева" title="Дача Ильи Терентье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e84e6b81cda8a7e032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9631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Дача Ильи Терентьева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Дача Ильи Терентьева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1900г. Фото из фондов ГИМ.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https://bimap.su/description/pishpek/39_Dacha.txt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Дача Ильи Терентьева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42.88725, 74.61049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3182" cy="2232000"/>
            <wp:docPr id="2" name="Picture 2" descr="Дача Ильи Терентьева" title="Дача Ильи Терентье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0390c5e46cfceb2c1e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318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Дача Ильи Терентьева · Никиты Часова 2004г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Дача Ильи Терентьева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Никиты Часова 2004г.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https://bimap.su/description/frunze/272_Dacha_Terenteva.txt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42.88725, 74.61049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