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Dacha of Ilya Terentyev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42.88725, 74.61049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96310" cy="2232000"/>
            <wp:docPr id="1" name="Picture 1" descr="Дача Ильи Терентьева" title="Дача Ильи Теренть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e84e6b81cda8a7e032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963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Дача Ильи Терентьева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Dacha of Ilya Terentyev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Dacha of Ilya Terentyev, 1900. One of the first two-story houses in the city of Pishpek, the so-called country dacha of Terentyev. In those years, the northern border of the city was the Tashkent highway. Like many two-story houses in the city, it stood on a high stone foundation made of cut stone, above which there was a brick plinth of the first floor with patterned decor of the brickwork. The walls of the upper floor are wooden frame. The ho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https://bimap.su/description/pishpek/39_Dacha.txt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Dacha of Ilya Terentyev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42.88725, 74.61049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3182" cy="2232000"/>
            <wp:docPr id="2" name="Picture 2" descr="Дача Ильи Терентьева" title="Дача Ильи Теренть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390c5e46cfceb2c1e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3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Дача Ильи Терентьева · Никиты Часова 2004г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Dacha of Ilya Terentyev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Dacha of Ilya Terentyev Ilya Terentyev's country dacha is one of the first two-story houses in the city of Pishpek. In those years, the northern border of the city was the Tashkent Highway (Zhibek Zholu). The house stood on a high stone foundation made of cut stone, above which there was a brick plinth of the first floor with patterned decoration of the brickwork. The walls of the upper floor are timber frame. The house had several living rooms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https://bimap.su/description/frunze/272_Dacha_Terenteva.txt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42.88725, 74.61049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