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42.87173, 74.60386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Administrative building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42.87173, 74.60386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2" name="Picture 2" descr="Административное здание" title="Административное зд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8545150b7c287d7a3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Административное здание · 2007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Administrative building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Administrative building Administrative building. Photo from 2007, built in the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https://bimap.su/description/frunze/183_Pervomaiskaia.txt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42.87173, 74.60386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