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42.88449, 74.60295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Противомалярийная станция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42.88449, 74.60295</w:t>
      </w:r>
    </w:p>
    <w:p>
      <w:pPr>
        <w:spacing w:before="0" w:after="20"/>
        <w:jc w:val="center"/>
      </w:pPr>
      <w:r/>
      <w:r>
        <w:drawing>
          <wp:inline xmlns:a="http://schemas.openxmlformats.org/drawingml/2006/main" xmlns:pic="http://schemas.openxmlformats.org/drawingml/2006/picture">
            <wp:extent cx="3224609" cy="2232000"/>
            <wp:docPr id="2" name="Picture 2" descr="Противомалярийная станция" title="Противомалярийная станция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224609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Противомалярийная станция · 1955г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Противомалярийная станция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Построена в 1926г. Фото 1955г.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https://bimap.su/description/frunze/182_MalStansia.txt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42.88449, 74.60295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