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Безгекке каршы станция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24609" cy="2232000"/>
            <wp:docPr id="2" name="Picture 2" descr="Противомалярийная станция" title="Противомалярий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460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Противомалярийная станция · 1955г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Безгекке каршы станция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Безгекке каршы станция. 1955-жылдагы безгекке каршы станциянын сүрөтү. Шаардагы биринчи адистештирилген медициналык мекемелердин бири. 1926-жылы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https://bimap.su/description/frunze/182_MalStansia.txt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42.88449, 74.60295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