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42.88449, 74.60295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Anti-malarial station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42.88449, 74.60295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24609" cy="2232000"/>
            <wp:docPr id="2" name="Picture 2" descr="Противомалярийная станция" title="Противомалярийн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460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Противомалярийная станция · 1955г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Anti-malarial station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Anti-malarial station. Photo from 1955 Anti-malarial station. One of the first specialized medical institutions in the city. Built in 1926.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https://bimap.su/description/frunze/182_MalStansia.txt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42.88449, 74.60295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