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42.86448, 74.58708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Мира проспектисиндеги эстакада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42.86448, 74.58708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003739" cy="2232000"/>
            <wp:docPr id="2" name="Picture 2" descr="Путепровод на проспекте Мира" title="Путепровод на проспекте Мир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f2800f12823062e7b1b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0373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Путепровод на проспекте Мира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Мира проспектисиндеги эстакада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Мира проспектисиндеги эстакада Мира проспектисиндеги эстакада. 1972-жылы курулган. Проспект Мира темир жолдон ВДНХга чейин 7 кмдей. 1960-жылга чейин көчө деп аталган. Новобелинская.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https://bimap.su/description/frunze/181_Mira.txt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42.86448, 74.58708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