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Overpass on Mira Avenue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03739" cy="2232000"/>
            <wp:docPr id="2" name="Picture 2" descr="Путепровод на проспекте Мира" title="Путепровод на проспекте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2800f12823062e7b1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37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 на проспекте Мира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Overpass on Mira Avenue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Overpass on Mira Avenue Overpass on Mira Avenue. Built in 1972. Prospekt Mira is about 7 km long from the railway to VDNKh. Until 1960 was called the street. Novobelinskaya.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https://bimap.su/description/frunze/181_Mira.txt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