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Маркс и Энгельс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65475" cy="2232000"/>
            <wp:docPr id="2" name="Picture 2" descr="Маркс и Энгельс" title="Маркс и Энгель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edb59b31eb97a653d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54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Маркс и Энгельс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Маркс и Энгельс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Марксу и Энгельсу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https://bimap.su/description/frunze/180_Marks.txt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