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42.87912, 74.60568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Marx and Engels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42.87912, 74.60568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765475" cy="2232000"/>
            <wp:docPr id="2" name="Picture 2" descr="Маркс и Энгельс" title="Маркс и Энгель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fedb59b31eb97a653d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6547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Маркс и Энгельс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Marx and Engels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Marx and Engels The monument to Marx and Engels was erected in 1957 on the lowered pedestal of the monument to Stalin.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https://bimap.su/description/frunze/180_Marks.txt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42.87912, 74.60568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