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42.86443, 74.60572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Привокзальная площадь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42.86443, 74.60572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929577" cy="2232000"/>
            <wp:docPr id="2" name="Picture 2" descr="Привокзальная площадь" title="Привокзальная площадь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eda72304befbefe4ad0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2957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Привокзальная площадь · 50-х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Привокзальная площадь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50-х.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https://bimap.su/description/frunze/179_Vokzal_Plojad.txt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42.86443, 74.60572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